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0DD5EF" w14:textId="77777777" w:rsidR="0090462C" w:rsidRDefault="00000000" w:rsidP="006B1E56">
      <w:pPr>
        <w:pStyle w:val="Corpotesto"/>
        <w:jc w:val="center"/>
      </w:pPr>
      <w:r>
        <w:t>This form shall be completed in full and submitted to the selected Certification Body to initiate the certification process described in the VERITEX® Certification and Surveillance Programme (document VERITEX-03). Fields marked with an asterisk (*) are mandatory.</w:t>
      </w:r>
    </w:p>
    <w:p w14:paraId="5DD51660" w14:textId="77777777" w:rsidR="0090462C" w:rsidRDefault="00000000">
      <w:pPr>
        <w:pStyle w:val="Titolo1"/>
      </w:pPr>
      <w:r>
        <w:t>Section A – General Applicant Information</w:t>
      </w:r>
    </w:p>
    <w:tbl>
      <w:tblPr>
        <w:tblStyle w:val="Grigliatabella"/>
        <w:tblW w:w="9322" w:type="dxa"/>
        <w:tblLook w:val="04A0" w:firstRow="1" w:lastRow="0" w:firstColumn="1" w:lastColumn="0" w:noHBand="0" w:noVBand="1"/>
      </w:tblPr>
      <w:tblGrid>
        <w:gridCol w:w="4320"/>
        <w:gridCol w:w="5002"/>
      </w:tblGrid>
      <w:tr w:rsidR="0090462C" w14:paraId="093212EB" w14:textId="77777777" w:rsidTr="006B1E56">
        <w:tc>
          <w:tcPr>
            <w:tcW w:w="4320" w:type="dxa"/>
          </w:tcPr>
          <w:p w14:paraId="52C857EF" w14:textId="77777777" w:rsidR="0090462C" w:rsidRDefault="00000000">
            <w:r>
              <w:t>Field</w:t>
            </w:r>
          </w:p>
        </w:tc>
        <w:tc>
          <w:tcPr>
            <w:tcW w:w="5002" w:type="dxa"/>
          </w:tcPr>
          <w:p w14:paraId="6AE25DB7" w14:textId="77777777" w:rsidR="0090462C" w:rsidRDefault="00000000">
            <w:r>
              <w:t>Applicant Entry</w:t>
            </w:r>
          </w:p>
        </w:tc>
      </w:tr>
      <w:tr w:rsidR="0090462C" w14:paraId="254B0BD4" w14:textId="77777777" w:rsidTr="006B1E56">
        <w:tc>
          <w:tcPr>
            <w:tcW w:w="4320" w:type="dxa"/>
          </w:tcPr>
          <w:p w14:paraId="610C8854" w14:textId="77777777" w:rsidR="0090462C" w:rsidRDefault="00000000">
            <w:r>
              <w:t>Legal entity name *</w:t>
            </w:r>
          </w:p>
        </w:tc>
        <w:tc>
          <w:tcPr>
            <w:tcW w:w="5002" w:type="dxa"/>
          </w:tcPr>
          <w:p w14:paraId="38D6D8E1" w14:textId="77777777" w:rsidR="0090462C" w:rsidRDefault="0090462C"/>
        </w:tc>
      </w:tr>
      <w:tr w:rsidR="0090462C" w14:paraId="680D7192" w14:textId="77777777" w:rsidTr="006B1E56">
        <w:tc>
          <w:tcPr>
            <w:tcW w:w="4320" w:type="dxa"/>
          </w:tcPr>
          <w:p w14:paraId="4B11808F" w14:textId="77777777" w:rsidR="0090462C" w:rsidRDefault="00000000">
            <w:r>
              <w:t>Trading name (if different)</w:t>
            </w:r>
          </w:p>
        </w:tc>
        <w:tc>
          <w:tcPr>
            <w:tcW w:w="5002" w:type="dxa"/>
          </w:tcPr>
          <w:p w14:paraId="797DBECB" w14:textId="77777777" w:rsidR="0090462C" w:rsidRDefault="0090462C"/>
        </w:tc>
      </w:tr>
      <w:tr w:rsidR="0090462C" w14:paraId="1E41BC56" w14:textId="77777777" w:rsidTr="006B1E56">
        <w:tc>
          <w:tcPr>
            <w:tcW w:w="4320" w:type="dxa"/>
          </w:tcPr>
          <w:p w14:paraId="66CAE998" w14:textId="77777777" w:rsidR="0090462C" w:rsidRDefault="00000000">
            <w:r>
              <w:t>Registration / company number *</w:t>
            </w:r>
          </w:p>
        </w:tc>
        <w:tc>
          <w:tcPr>
            <w:tcW w:w="5002" w:type="dxa"/>
          </w:tcPr>
          <w:p w14:paraId="11705A37" w14:textId="77777777" w:rsidR="0090462C" w:rsidRDefault="0090462C"/>
        </w:tc>
      </w:tr>
      <w:tr w:rsidR="0090462C" w14:paraId="318FD834" w14:textId="77777777" w:rsidTr="006B1E56">
        <w:tc>
          <w:tcPr>
            <w:tcW w:w="4320" w:type="dxa"/>
          </w:tcPr>
          <w:p w14:paraId="5AE2E63D" w14:textId="77777777" w:rsidR="0090462C" w:rsidRDefault="00000000">
            <w:r>
              <w:t>Registered address *</w:t>
            </w:r>
          </w:p>
        </w:tc>
        <w:tc>
          <w:tcPr>
            <w:tcW w:w="5002" w:type="dxa"/>
          </w:tcPr>
          <w:p w14:paraId="4DA79870" w14:textId="77777777" w:rsidR="0090462C" w:rsidRDefault="0090462C"/>
        </w:tc>
      </w:tr>
      <w:tr w:rsidR="0090462C" w14:paraId="3BBD41F4" w14:textId="77777777" w:rsidTr="006B1E56">
        <w:tc>
          <w:tcPr>
            <w:tcW w:w="4320" w:type="dxa"/>
          </w:tcPr>
          <w:p w14:paraId="766622B9" w14:textId="77777777" w:rsidR="0090462C" w:rsidRDefault="00000000">
            <w:r>
              <w:t>Site address(es) covered by this application *</w:t>
            </w:r>
          </w:p>
        </w:tc>
        <w:tc>
          <w:tcPr>
            <w:tcW w:w="5002" w:type="dxa"/>
          </w:tcPr>
          <w:p w14:paraId="474EF942" w14:textId="77777777" w:rsidR="0090462C" w:rsidRDefault="0090462C"/>
        </w:tc>
      </w:tr>
      <w:tr w:rsidR="0090462C" w14:paraId="190CCAA5" w14:textId="77777777" w:rsidTr="006B1E56">
        <w:tc>
          <w:tcPr>
            <w:tcW w:w="4320" w:type="dxa"/>
          </w:tcPr>
          <w:p w14:paraId="6697F379" w14:textId="77777777" w:rsidR="0090462C" w:rsidRDefault="00000000">
            <w:r>
              <w:t>Primary contact name *</w:t>
            </w:r>
          </w:p>
        </w:tc>
        <w:tc>
          <w:tcPr>
            <w:tcW w:w="5002" w:type="dxa"/>
          </w:tcPr>
          <w:p w14:paraId="6E644DE2" w14:textId="77777777" w:rsidR="0090462C" w:rsidRDefault="0090462C" w:rsidP="006B1E56"/>
        </w:tc>
      </w:tr>
      <w:tr w:rsidR="0090462C" w14:paraId="4B8B6DDB" w14:textId="77777777" w:rsidTr="006B1E56">
        <w:tc>
          <w:tcPr>
            <w:tcW w:w="4320" w:type="dxa"/>
          </w:tcPr>
          <w:p w14:paraId="1AC6D2DE" w14:textId="77777777" w:rsidR="0090462C" w:rsidRDefault="00000000">
            <w:r>
              <w:t>Primary contact role</w:t>
            </w:r>
          </w:p>
        </w:tc>
        <w:tc>
          <w:tcPr>
            <w:tcW w:w="5002" w:type="dxa"/>
          </w:tcPr>
          <w:p w14:paraId="58944798" w14:textId="77777777" w:rsidR="0090462C" w:rsidRDefault="0090462C"/>
        </w:tc>
      </w:tr>
      <w:tr w:rsidR="0090462C" w14:paraId="4FD694C2" w14:textId="77777777" w:rsidTr="006B1E56">
        <w:tc>
          <w:tcPr>
            <w:tcW w:w="4320" w:type="dxa"/>
          </w:tcPr>
          <w:p w14:paraId="3F024A05" w14:textId="77777777" w:rsidR="0090462C" w:rsidRDefault="00000000">
            <w:r>
              <w:t>Primary contact email *</w:t>
            </w:r>
          </w:p>
        </w:tc>
        <w:tc>
          <w:tcPr>
            <w:tcW w:w="5002" w:type="dxa"/>
          </w:tcPr>
          <w:p w14:paraId="55DE6507" w14:textId="77777777" w:rsidR="0090462C" w:rsidRDefault="0090462C"/>
        </w:tc>
      </w:tr>
      <w:tr w:rsidR="0090462C" w14:paraId="75F9C96A" w14:textId="77777777" w:rsidTr="006B1E56">
        <w:tc>
          <w:tcPr>
            <w:tcW w:w="4320" w:type="dxa"/>
          </w:tcPr>
          <w:p w14:paraId="7615C0CC" w14:textId="77777777" w:rsidR="0090462C" w:rsidRDefault="00000000">
            <w:r>
              <w:t>Primary contact telephone *</w:t>
            </w:r>
          </w:p>
        </w:tc>
        <w:tc>
          <w:tcPr>
            <w:tcW w:w="5002" w:type="dxa"/>
          </w:tcPr>
          <w:p w14:paraId="3B9248A6" w14:textId="77777777" w:rsidR="0090462C" w:rsidRDefault="0090462C"/>
        </w:tc>
      </w:tr>
      <w:tr w:rsidR="0090462C" w14:paraId="3CDB2B69" w14:textId="77777777" w:rsidTr="006B1E56">
        <w:tc>
          <w:tcPr>
            <w:tcW w:w="4320" w:type="dxa"/>
          </w:tcPr>
          <w:p w14:paraId="0AB0E1CB" w14:textId="77777777" w:rsidR="0090462C" w:rsidRDefault="00000000">
            <w:r>
              <w:t>Number of employees (total) *</w:t>
            </w:r>
          </w:p>
        </w:tc>
        <w:tc>
          <w:tcPr>
            <w:tcW w:w="5002" w:type="dxa"/>
          </w:tcPr>
          <w:p w14:paraId="3ED2ED02" w14:textId="77777777" w:rsidR="0090462C" w:rsidRDefault="0090462C"/>
        </w:tc>
      </w:tr>
      <w:tr w:rsidR="0090462C" w14:paraId="09717AE4" w14:textId="77777777" w:rsidTr="006B1E56">
        <w:tc>
          <w:tcPr>
            <w:tcW w:w="4320" w:type="dxa"/>
          </w:tcPr>
          <w:p w14:paraId="3F1D3223" w14:textId="77777777" w:rsidR="0090462C" w:rsidRDefault="00000000">
            <w:r>
              <w:t>Number of employees per site</w:t>
            </w:r>
          </w:p>
        </w:tc>
        <w:tc>
          <w:tcPr>
            <w:tcW w:w="5002" w:type="dxa"/>
          </w:tcPr>
          <w:p w14:paraId="5E193E22" w14:textId="77777777" w:rsidR="0090462C" w:rsidRDefault="0090462C"/>
        </w:tc>
      </w:tr>
    </w:tbl>
    <w:p w14:paraId="61843CD1" w14:textId="77777777" w:rsidR="0090462C" w:rsidRDefault="00000000">
      <w:pPr>
        <w:pStyle w:val="Titolo1"/>
      </w:pPr>
      <w:r>
        <w:t>Section B – Certification Information</w:t>
      </w:r>
    </w:p>
    <w:p w14:paraId="291DFC69" w14:textId="77777777" w:rsidR="0090462C" w:rsidRDefault="00000000">
      <w:pPr>
        <w:pStyle w:val="Corpotesto"/>
      </w:pPr>
      <w:r>
        <w:t>Indicate the scheme(s) requested (select all that apply):</w:t>
      </w:r>
    </w:p>
    <w:p w14:paraId="7E6923DA" w14:textId="77777777" w:rsidR="0090462C" w:rsidRDefault="00000000">
      <w:pPr>
        <w:pStyle w:val="Puntoelenco"/>
      </w:pPr>
      <w:r>
        <w:t>VERITEX SOCIAL®</w:t>
      </w:r>
    </w:p>
    <w:p w14:paraId="22916EFD" w14:textId="77777777" w:rsidR="0090462C" w:rsidRDefault="00000000">
      <w:pPr>
        <w:pStyle w:val="Puntoelenco"/>
      </w:pPr>
      <w:r>
        <w:t>VERITEX ECOFLOW®</w:t>
      </w:r>
    </w:p>
    <w:p w14:paraId="405B9F13" w14:textId="77777777" w:rsidR="0090462C" w:rsidRDefault="00000000">
      <w:pPr>
        <w:pStyle w:val="Puntoelenco"/>
      </w:pPr>
      <w:r>
        <w:t>VERITEX PURE®</w:t>
      </w:r>
    </w:p>
    <w:p w14:paraId="15F27A77" w14:textId="77777777" w:rsidR="0090462C" w:rsidRDefault="00000000">
      <w:pPr>
        <w:pStyle w:val="Puntoelenco"/>
      </w:pPr>
      <w:r>
        <w:t>VERITEX ELITE® (integrated – requires all three component schemes)</w:t>
      </w:r>
    </w:p>
    <w:tbl>
      <w:tblPr>
        <w:tblStyle w:val="Grigliatabella"/>
        <w:tblW w:w="9322" w:type="dxa"/>
        <w:tblLook w:val="04A0" w:firstRow="1" w:lastRow="0" w:firstColumn="1" w:lastColumn="0" w:noHBand="0" w:noVBand="1"/>
      </w:tblPr>
      <w:tblGrid>
        <w:gridCol w:w="4320"/>
        <w:gridCol w:w="5002"/>
      </w:tblGrid>
      <w:tr w:rsidR="0090462C" w14:paraId="7347B515" w14:textId="77777777" w:rsidTr="006B1E56">
        <w:tc>
          <w:tcPr>
            <w:tcW w:w="4320" w:type="dxa"/>
          </w:tcPr>
          <w:p w14:paraId="1250E38D" w14:textId="77777777" w:rsidR="0090462C" w:rsidRDefault="00000000">
            <w:r>
              <w:t>Field</w:t>
            </w:r>
          </w:p>
        </w:tc>
        <w:tc>
          <w:tcPr>
            <w:tcW w:w="5002" w:type="dxa"/>
          </w:tcPr>
          <w:p w14:paraId="4436542A" w14:textId="77777777" w:rsidR="0090462C" w:rsidRDefault="00000000">
            <w:r>
              <w:t>Applicant Entry</w:t>
            </w:r>
          </w:p>
        </w:tc>
      </w:tr>
      <w:tr w:rsidR="0090462C" w14:paraId="2DFC3188" w14:textId="77777777" w:rsidTr="006B1E56">
        <w:tc>
          <w:tcPr>
            <w:tcW w:w="4320" w:type="dxa"/>
          </w:tcPr>
          <w:p w14:paraId="20FAE110" w14:textId="77777777" w:rsidR="0090462C" w:rsidRDefault="00000000">
            <w:r>
              <w:t>Certification level requested (Initial / Transfer / Extension of Scope) *</w:t>
            </w:r>
          </w:p>
        </w:tc>
        <w:tc>
          <w:tcPr>
            <w:tcW w:w="5002" w:type="dxa"/>
          </w:tcPr>
          <w:p w14:paraId="5398F502" w14:textId="77777777" w:rsidR="0090462C" w:rsidRDefault="0090462C"/>
        </w:tc>
      </w:tr>
      <w:tr w:rsidR="0090462C" w14:paraId="5A2BF466" w14:textId="77777777" w:rsidTr="006B1E56">
        <w:tc>
          <w:tcPr>
            <w:tcW w:w="4320" w:type="dxa"/>
          </w:tcPr>
          <w:p w14:paraId="3F050626" w14:textId="77777777" w:rsidR="0090462C" w:rsidRDefault="00000000">
            <w:r>
              <w:t>Proposed certification scope (activities, products, processes) *</w:t>
            </w:r>
          </w:p>
        </w:tc>
        <w:tc>
          <w:tcPr>
            <w:tcW w:w="5002" w:type="dxa"/>
          </w:tcPr>
          <w:p w14:paraId="3EC9AE2E" w14:textId="77777777" w:rsidR="0090462C" w:rsidRDefault="0090462C"/>
        </w:tc>
      </w:tr>
      <w:tr w:rsidR="0090462C" w14:paraId="15B589F4" w14:textId="77777777" w:rsidTr="006B1E56">
        <w:tc>
          <w:tcPr>
            <w:tcW w:w="4320" w:type="dxa"/>
          </w:tcPr>
          <w:p w14:paraId="634BD727" w14:textId="77777777" w:rsidR="0090462C" w:rsidRDefault="00000000">
            <w:r>
              <w:t>Sites to be included in the scope *</w:t>
            </w:r>
          </w:p>
        </w:tc>
        <w:tc>
          <w:tcPr>
            <w:tcW w:w="5002" w:type="dxa"/>
          </w:tcPr>
          <w:p w14:paraId="6F89D4CC" w14:textId="77777777" w:rsidR="0090462C" w:rsidRDefault="0090462C"/>
        </w:tc>
      </w:tr>
      <w:tr w:rsidR="0090462C" w14:paraId="23E7F9B5" w14:textId="77777777" w:rsidTr="006B1E56">
        <w:tc>
          <w:tcPr>
            <w:tcW w:w="4320" w:type="dxa"/>
          </w:tcPr>
          <w:p w14:paraId="707A0212" w14:textId="77777777" w:rsidR="0090462C" w:rsidRDefault="00000000">
            <w:r>
              <w:t>Products / product categories covered *</w:t>
            </w:r>
          </w:p>
        </w:tc>
        <w:tc>
          <w:tcPr>
            <w:tcW w:w="5002" w:type="dxa"/>
          </w:tcPr>
          <w:p w14:paraId="13AE61BB" w14:textId="77777777" w:rsidR="0090462C" w:rsidRDefault="0090462C"/>
        </w:tc>
      </w:tr>
    </w:tbl>
    <w:p w14:paraId="15636621" w14:textId="77777777" w:rsidR="0090462C" w:rsidRDefault="00000000">
      <w:pPr>
        <w:pStyle w:val="Titolo1"/>
      </w:pPr>
      <w:r>
        <w:t>Section C – Operational Information</w:t>
      </w:r>
    </w:p>
    <w:tbl>
      <w:tblPr>
        <w:tblStyle w:val="Grigliatabella"/>
        <w:tblW w:w="9322" w:type="dxa"/>
        <w:tblLook w:val="04A0" w:firstRow="1" w:lastRow="0" w:firstColumn="1" w:lastColumn="0" w:noHBand="0" w:noVBand="1"/>
      </w:tblPr>
      <w:tblGrid>
        <w:gridCol w:w="4320"/>
        <w:gridCol w:w="5002"/>
      </w:tblGrid>
      <w:tr w:rsidR="0090462C" w14:paraId="421DBDA8" w14:textId="77777777" w:rsidTr="006B1E56">
        <w:tc>
          <w:tcPr>
            <w:tcW w:w="4320" w:type="dxa"/>
          </w:tcPr>
          <w:p w14:paraId="2151BD82" w14:textId="77777777" w:rsidR="0090462C" w:rsidRDefault="00000000">
            <w:r>
              <w:t>Field</w:t>
            </w:r>
          </w:p>
        </w:tc>
        <w:tc>
          <w:tcPr>
            <w:tcW w:w="5002" w:type="dxa"/>
          </w:tcPr>
          <w:p w14:paraId="57DFDC92" w14:textId="77777777" w:rsidR="0090462C" w:rsidRDefault="00000000">
            <w:r>
              <w:t>Applicant Entry</w:t>
            </w:r>
          </w:p>
        </w:tc>
      </w:tr>
      <w:tr w:rsidR="0090462C" w14:paraId="4D3383A3" w14:textId="77777777" w:rsidTr="006B1E56">
        <w:tc>
          <w:tcPr>
            <w:tcW w:w="4320" w:type="dxa"/>
          </w:tcPr>
          <w:p w14:paraId="0A01B019" w14:textId="77777777" w:rsidR="0090462C" w:rsidRDefault="00000000">
            <w:r>
              <w:t>Description of production processes *</w:t>
            </w:r>
          </w:p>
        </w:tc>
        <w:tc>
          <w:tcPr>
            <w:tcW w:w="5002" w:type="dxa"/>
          </w:tcPr>
          <w:p w14:paraId="7DCD6F4B" w14:textId="77777777" w:rsidR="0090462C" w:rsidRDefault="0090462C"/>
        </w:tc>
      </w:tr>
      <w:tr w:rsidR="0090462C" w14:paraId="5FD8532C" w14:textId="77777777" w:rsidTr="006B1E56">
        <w:tc>
          <w:tcPr>
            <w:tcW w:w="4320" w:type="dxa"/>
          </w:tcPr>
          <w:p w14:paraId="4C4DD390" w14:textId="77777777" w:rsidR="0090462C" w:rsidRDefault="00000000">
            <w:r>
              <w:t>Annual production volumes</w:t>
            </w:r>
          </w:p>
        </w:tc>
        <w:tc>
          <w:tcPr>
            <w:tcW w:w="5002" w:type="dxa"/>
          </w:tcPr>
          <w:p w14:paraId="60BA22DD" w14:textId="77777777" w:rsidR="0090462C" w:rsidRDefault="0090462C"/>
        </w:tc>
      </w:tr>
      <w:tr w:rsidR="0090462C" w14:paraId="141C3911" w14:textId="77777777" w:rsidTr="006B1E56">
        <w:tc>
          <w:tcPr>
            <w:tcW w:w="4320" w:type="dxa"/>
          </w:tcPr>
          <w:p w14:paraId="08FBA57D" w14:textId="77777777" w:rsidR="0090462C" w:rsidRDefault="00000000">
            <w:r>
              <w:t>Key raw materials / inputs</w:t>
            </w:r>
          </w:p>
        </w:tc>
        <w:tc>
          <w:tcPr>
            <w:tcW w:w="5002" w:type="dxa"/>
          </w:tcPr>
          <w:p w14:paraId="39087278" w14:textId="77777777" w:rsidR="0090462C" w:rsidRDefault="0090462C"/>
        </w:tc>
      </w:tr>
      <w:tr w:rsidR="0090462C" w14:paraId="306F8F89" w14:textId="77777777" w:rsidTr="006B1E56">
        <w:tc>
          <w:tcPr>
            <w:tcW w:w="4320" w:type="dxa"/>
          </w:tcPr>
          <w:p w14:paraId="19C601FE" w14:textId="77777777" w:rsidR="0090462C" w:rsidRDefault="00000000">
            <w:r>
              <w:t>Number and location of suppliers relevant to the scope</w:t>
            </w:r>
          </w:p>
        </w:tc>
        <w:tc>
          <w:tcPr>
            <w:tcW w:w="5002" w:type="dxa"/>
          </w:tcPr>
          <w:p w14:paraId="5C472552" w14:textId="77777777" w:rsidR="0090462C" w:rsidRDefault="0090462C"/>
        </w:tc>
      </w:tr>
      <w:tr w:rsidR="0090462C" w14:paraId="20E69CF5" w14:textId="77777777" w:rsidTr="006B1E56">
        <w:tc>
          <w:tcPr>
            <w:tcW w:w="4320" w:type="dxa"/>
          </w:tcPr>
          <w:p w14:paraId="42E23EF4" w14:textId="77777777" w:rsidR="0090462C" w:rsidRDefault="00000000">
            <w:r>
              <w:lastRenderedPageBreak/>
              <w:t>Outsourced activities / subcontractors (if any)</w:t>
            </w:r>
          </w:p>
        </w:tc>
        <w:tc>
          <w:tcPr>
            <w:tcW w:w="5002" w:type="dxa"/>
          </w:tcPr>
          <w:p w14:paraId="7C95FBB7" w14:textId="77777777" w:rsidR="0090462C" w:rsidRDefault="0090462C"/>
        </w:tc>
      </w:tr>
      <w:tr w:rsidR="0090462C" w14:paraId="619D5177" w14:textId="77777777" w:rsidTr="006B1E56">
        <w:tc>
          <w:tcPr>
            <w:tcW w:w="4320" w:type="dxa"/>
          </w:tcPr>
          <w:p w14:paraId="4A20380C" w14:textId="77777777" w:rsidR="0090462C" w:rsidRDefault="00000000">
            <w:r>
              <w:t>Shift patterns / working hours arrangements</w:t>
            </w:r>
          </w:p>
        </w:tc>
        <w:tc>
          <w:tcPr>
            <w:tcW w:w="5002" w:type="dxa"/>
          </w:tcPr>
          <w:p w14:paraId="5113046B" w14:textId="77777777" w:rsidR="0090462C" w:rsidRDefault="0090462C"/>
        </w:tc>
      </w:tr>
    </w:tbl>
    <w:p w14:paraId="6B4B1ED7" w14:textId="77777777" w:rsidR="0090462C" w:rsidRDefault="00000000">
      <w:pPr>
        <w:pStyle w:val="Titolo1"/>
      </w:pPr>
      <w:r>
        <w:t>Section D – Management System Information</w:t>
      </w:r>
    </w:p>
    <w:tbl>
      <w:tblPr>
        <w:tblStyle w:val="Grigliatabella"/>
        <w:tblW w:w="9322" w:type="dxa"/>
        <w:tblLook w:val="04A0" w:firstRow="1" w:lastRow="0" w:firstColumn="1" w:lastColumn="0" w:noHBand="0" w:noVBand="1"/>
      </w:tblPr>
      <w:tblGrid>
        <w:gridCol w:w="4320"/>
        <w:gridCol w:w="5002"/>
      </w:tblGrid>
      <w:tr w:rsidR="0090462C" w14:paraId="11734F54" w14:textId="77777777" w:rsidTr="006B1E56">
        <w:tc>
          <w:tcPr>
            <w:tcW w:w="4320" w:type="dxa"/>
          </w:tcPr>
          <w:p w14:paraId="3BEB0B6D" w14:textId="77777777" w:rsidR="0090462C" w:rsidRDefault="00000000">
            <w:r>
              <w:t>Field</w:t>
            </w:r>
          </w:p>
        </w:tc>
        <w:tc>
          <w:tcPr>
            <w:tcW w:w="5002" w:type="dxa"/>
          </w:tcPr>
          <w:p w14:paraId="43222F09" w14:textId="77777777" w:rsidR="0090462C" w:rsidRDefault="00000000">
            <w:r>
              <w:t>Applicant Entry</w:t>
            </w:r>
          </w:p>
        </w:tc>
      </w:tr>
      <w:tr w:rsidR="0090462C" w14:paraId="6AF20316" w14:textId="77777777" w:rsidTr="006B1E56">
        <w:tc>
          <w:tcPr>
            <w:tcW w:w="4320" w:type="dxa"/>
          </w:tcPr>
          <w:p w14:paraId="0FB701F1" w14:textId="77777777" w:rsidR="0090462C" w:rsidRDefault="00000000">
            <w:r>
              <w:t>Existing certifications held (scheme, standard, Certification Body, expiry)</w:t>
            </w:r>
          </w:p>
        </w:tc>
        <w:tc>
          <w:tcPr>
            <w:tcW w:w="5002" w:type="dxa"/>
          </w:tcPr>
          <w:p w14:paraId="7AD22568" w14:textId="77777777" w:rsidR="0090462C" w:rsidRDefault="0090462C"/>
        </w:tc>
      </w:tr>
      <w:tr w:rsidR="0090462C" w14:paraId="56D93DBD" w14:textId="77777777" w:rsidTr="006B1E56">
        <w:tc>
          <w:tcPr>
            <w:tcW w:w="4320" w:type="dxa"/>
          </w:tcPr>
          <w:p w14:paraId="616D4A04" w14:textId="77777777" w:rsidR="0090462C" w:rsidRDefault="00000000">
            <w:r>
              <w:t>Internal audit programme in place? (Y/N, frequency)</w:t>
            </w:r>
          </w:p>
        </w:tc>
        <w:tc>
          <w:tcPr>
            <w:tcW w:w="5002" w:type="dxa"/>
          </w:tcPr>
          <w:p w14:paraId="38BD725D" w14:textId="77777777" w:rsidR="0090462C" w:rsidRDefault="0090462C"/>
        </w:tc>
      </w:tr>
      <w:tr w:rsidR="0090462C" w14:paraId="02DE891A" w14:textId="77777777" w:rsidTr="006B1E56">
        <w:tc>
          <w:tcPr>
            <w:tcW w:w="4320" w:type="dxa"/>
          </w:tcPr>
          <w:p w14:paraId="67226156" w14:textId="77777777" w:rsidR="0090462C" w:rsidRDefault="00000000">
            <w:r>
              <w:t>Date of last management review</w:t>
            </w:r>
          </w:p>
        </w:tc>
        <w:tc>
          <w:tcPr>
            <w:tcW w:w="5002" w:type="dxa"/>
          </w:tcPr>
          <w:p w14:paraId="2CFD0CBD" w14:textId="77777777" w:rsidR="0090462C" w:rsidRDefault="0090462C"/>
        </w:tc>
      </w:tr>
      <w:tr w:rsidR="0090462C" w14:paraId="5B0C7EB9" w14:textId="77777777" w:rsidTr="006B1E56">
        <w:tc>
          <w:tcPr>
            <w:tcW w:w="4320" w:type="dxa"/>
          </w:tcPr>
          <w:p w14:paraId="2E3E6723" w14:textId="77777777" w:rsidR="0090462C" w:rsidRDefault="00000000">
            <w:r>
              <w:t>Known regulatory non-compliances in the last 3 years</w:t>
            </w:r>
          </w:p>
        </w:tc>
        <w:tc>
          <w:tcPr>
            <w:tcW w:w="5002" w:type="dxa"/>
          </w:tcPr>
          <w:p w14:paraId="2B078881" w14:textId="77777777" w:rsidR="0090462C" w:rsidRDefault="0090462C"/>
        </w:tc>
      </w:tr>
      <w:tr w:rsidR="0090462C" w14:paraId="7A208C3A" w14:textId="77777777" w:rsidTr="006B1E56">
        <w:tc>
          <w:tcPr>
            <w:tcW w:w="4320" w:type="dxa"/>
          </w:tcPr>
          <w:p w14:paraId="09667273" w14:textId="77777777" w:rsidR="0090462C" w:rsidRDefault="00000000">
            <w:r>
              <w:t>Previous VERITEX® certification history (if any)</w:t>
            </w:r>
          </w:p>
        </w:tc>
        <w:tc>
          <w:tcPr>
            <w:tcW w:w="5002" w:type="dxa"/>
          </w:tcPr>
          <w:p w14:paraId="3A416731" w14:textId="77777777" w:rsidR="0090462C" w:rsidRDefault="0090462C"/>
        </w:tc>
      </w:tr>
    </w:tbl>
    <w:p w14:paraId="4DB08D92" w14:textId="77777777" w:rsidR="0090462C" w:rsidRDefault="00000000">
      <w:pPr>
        <w:pStyle w:val="Titolo1"/>
      </w:pPr>
      <w:r>
        <w:t>Section E – Multi-Site Declaration (if applicable)</w:t>
      </w:r>
    </w:p>
    <w:p w14:paraId="093407AA" w14:textId="77777777" w:rsidR="0090462C" w:rsidRDefault="00000000">
      <w:pPr>
        <w:pStyle w:val="Corpotesto"/>
      </w:pPr>
      <w:r>
        <w:t>Complete this section only where certification is requested for more than one site under a centralized management system, in accordance with Appendix B of the VERITEX® General Regulation.</w:t>
      </w:r>
    </w:p>
    <w:tbl>
      <w:tblPr>
        <w:tblStyle w:val="Grigliatabella"/>
        <w:tblW w:w="9322" w:type="dxa"/>
        <w:tblLook w:val="04A0" w:firstRow="1" w:lastRow="0" w:firstColumn="1" w:lastColumn="0" w:noHBand="0" w:noVBand="1"/>
      </w:tblPr>
      <w:tblGrid>
        <w:gridCol w:w="2160"/>
        <w:gridCol w:w="2160"/>
        <w:gridCol w:w="2160"/>
        <w:gridCol w:w="2842"/>
      </w:tblGrid>
      <w:tr w:rsidR="0090462C" w14:paraId="16F0F79C" w14:textId="77777777" w:rsidTr="006B1E56">
        <w:tc>
          <w:tcPr>
            <w:tcW w:w="2160" w:type="dxa"/>
          </w:tcPr>
          <w:p w14:paraId="2C16AE45" w14:textId="77777777" w:rsidR="0090462C" w:rsidRDefault="00000000">
            <w:r>
              <w:t>Site Name / Address</w:t>
            </w:r>
          </w:p>
        </w:tc>
        <w:tc>
          <w:tcPr>
            <w:tcW w:w="2160" w:type="dxa"/>
          </w:tcPr>
          <w:p w14:paraId="7D2858AA" w14:textId="77777777" w:rsidR="0090462C" w:rsidRDefault="00000000">
            <w:r>
              <w:t>Activity</w:t>
            </w:r>
          </w:p>
        </w:tc>
        <w:tc>
          <w:tcPr>
            <w:tcW w:w="2160" w:type="dxa"/>
          </w:tcPr>
          <w:p w14:paraId="0FDE7C87" w14:textId="77777777" w:rsidR="0090462C" w:rsidRDefault="00000000">
            <w:r>
              <w:t>Number of Employees</w:t>
            </w:r>
          </w:p>
        </w:tc>
        <w:tc>
          <w:tcPr>
            <w:tcW w:w="2842" w:type="dxa"/>
          </w:tcPr>
          <w:p w14:paraId="655C09CD" w14:textId="77777777" w:rsidR="0090462C" w:rsidRDefault="00000000">
            <w:r>
              <w:t>Risk Category (Low/Medium/High)</w:t>
            </w:r>
          </w:p>
        </w:tc>
      </w:tr>
      <w:tr w:rsidR="0090462C" w14:paraId="04FCAEBF" w14:textId="77777777" w:rsidTr="006B1E56">
        <w:tc>
          <w:tcPr>
            <w:tcW w:w="2160" w:type="dxa"/>
          </w:tcPr>
          <w:p w14:paraId="3557D1FF" w14:textId="77777777" w:rsidR="0090462C" w:rsidRDefault="0090462C"/>
        </w:tc>
        <w:tc>
          <w:tcPr>
            <w:tcW w:w="2160" w:type="dxa"/>
          </w:tcPr>
          <w:p w14:paraId="051FF191" w14:textId="77777777" w:rsidR="0090462C" w:rsidRDefault="0090462C"/>
        </w:tc>
        <w:tc>
          <w:tcPr>
            <w:tcW w:w="2160" w:type="dxa"/>
          </w:tcPr>
          <w:p w14:paraId="3582F78E" w14:textId="77777777" w:rsidR="0090462C" w:rsidRDefault="0090462C"/>
        </w:tc>
        <w:tc>
          <w:tcPr>
            <w:tcW w:w="2842" w:type="dxa"/>
          </w:tcPr>
          <w:p w14:paraId="7C5FDF0B" w14:textId="77777777" w:rsidR="0090462C" w:rsidRDefault="0090462C"/>
        </w:tc>
      </w:tr>
      <w:tr w:rsidR="0090462C" w14:paraId="6F603BAA" w14:textId="77777777" w:rsidTr="006B1E56">
        <w:tc>
          <w:tcPr>
            <w:tcW w:w="2160" w:type="dxa"/>
          </w:tcPr>
          <w:p w14:paraId="6CC891B4" w14:textId="77777777" w:rsidR="0090462C" w:rsidRDefault="0090462C"/>
        </w:tc>
        <w:tc>
          <w:tcPr>
            <w:tcW w:w="2160" w:type="dxa"/>
          </w:tcPr>
          <w:p w14:paraId="658A88B2" w14:textId="77777777" w:rsidR="0090462C" w:rsidRDefault="0090462C"/>
        </w:tc>
        <w:tc>
          <w:tcPr>
            <w:tcW w:w="2160" w:type="dxa"/>
          </w:tcPr>
          <w:p w14:paraId="0EAAFA7F" w14:textId="77777777" w:rsidR="0090462C" w:rsidRDefault="0090462C"/>
        </w:tc>
        <w:tc>
          <w:tcPr>
            <w:tcW w:w="2842" w:type="dxa"/>
          </w:tcPr>
          <w:p w14:paraId="505887D8" w14:textId="77777777" w:rsidR="0090462C" w:rsidRDefault="0090462C"/>
        </w:tc>
      </w:tr>
      <w:tr w:rsidR="0090462C" w14:paraId="20DBA0B0" w14:textId="77777777" w:rsidTr="006B1E56">
        <w:tc>
          <w:tcPr>
            <w:tcW w:w="2160" w:type="dxa"/>
          </w:tcPr>
          <w:p w14:paraId="59DDCC90" w14:textId="77777777" w:rsidR="0090462C" w:rsidRDefault="0090462C"/>
        </w:tc>
        <w:tc>
          <w:tcPr>
            <w:tcW w:w="2160" w:type="dxa"/>
          </w:tcPr>
          <w:p w14:paraId="2CFD880E" w14:textId="77777777" w:rsidR="0090462C" w:rsidRDefault="0090462C"/>
        </w:tc>
        <w:tc>
          <w:tcPr>
            <w:tcW w:w="2160" w:type="dxa"/>
          </w:tcPr>
          <w:p w14:paraId="15594F77" w14:textId="77777777" w:rsidR="0090462C" w:rsidRDefault="0090462C"/>
        </w:tc>
        <w:tc>
          <w:tcPr>
            <w:tcW w:w="2842" w:type="dxa"/>
          </w:tcPr>
          <w:p w14:paraId="1E4A3B8F" w14:textId="77777777" w:rsidR="0090462C" w:rsidRDefault="0090462C"/>
        </w:tc>
      </w:tr>
    </w:tbl>
    <w:p w14:paraId="24B03B35" w14:textId="77777777" w:rsidR="0090462C" w:rsidRDefault="00000000">
      <w:pPr>
        <w:pStyle w:val="Titolo1"/>
      </w:pPr>
      <w:r>
        <w:t>Section F – Declaration</w:t>
      </w:r>
    </w:p>
    <w:p w14:paraId="17DC2DBC" w14:textId="77777777" w:rsidR="0090462C" w:rsidRDefault="00000000">
      <w:pPr>
        <w:pStyle w:val="Corpotesto"/>
      </w:pPr>
      <w:r>
        <w:t>I/We declare that the information provided in this application is complete, accurate, current and verifiable, and I/we understand that the submission of false or misleading information may result in rejection of the application, suspension of certification activities or withdrawal of certification, in accordance with Section 4.3.2 of the VERITEX® General Regulation.</w:t>
      </w:r>
    </w:p>
    <w:p w14:paraId="74D331BA" w14:textId="77777777" w:rsidR="0090462C" w:rsidRDefault="00000000">
      <w:pPr>
        <w:pStyle w:val="Corpotesto"/>
      </w:pPr>
      <w:r>
        <w:t>I/We agree to cooperate fully with all audit activities, including unannounced and extraordinary audits, and to grant auditors access to all relevant sites, records and personnel, including confidential worker interviews where applicable.</w:t>
      </w:r>
    </w:p>
    <w:p w14:paraId="6527A1C2" w14:textId="77777777" w:rsidR="0090462C" w:rsidRDefault="00000000">
      <w:pPr>
        <w:pStyle w:val="Corpotesto"/>
      </w:pPr>
      <w:r>
        <w:t>I/We have read and accept the conditions for use of the VERITEX® certification marks set out in document VERITEX-02 (Mark Rules), applicable upon and subject to certification.</w:t>
      </w:r>
    </w:p>
    <w:p w14:paraId="24A8B5EA" w14:textId="77777777" w:rsidR="006B1E56" w:rsidRDefault="006B1E56">
      <w:pPr>
        <w:pStyle w:val="Corpotesto"/>
      </w:pPr>
    </w:p>
    <w:tbl>
      <w:tblPr>
        <w:tblStyle w:val="Grigliatabella"/>
        <w:tblW w:w="9322" w:type="dxa"/>
        <w:tblLook w:val="04A0" w:firstRow="1" w:lastRow="0" w:firstColumn="1" w:lastColumn="0" w:noHBand="0" w:noVBand="1"/>
      </w:tblPr>
      <w:tblGrid>
        <w:gridCol w:w="4320"/>
        <w:gridCol w:w="5002"/>
      </w:tblGrid>
      <w:tr w:rsidR="0090462C" w14:paraId="194E3DAA" w14:textId="77777777" w:rsidTr="006B1E56">
        <w:tc>
          <w:tcPr>
            <w:tcW w:w="4320" w:type="dxa"/>
          </w:tcPr>
          <w:p w14:paraId="3C756C9D" w14:textId="77777777" w:rsidR="0090462C" w:rsidRDefault="00000000">
            <w:r>
              <w:lastRenderedPageBreak/>
              <w:t>Field</w:t>
            </w:r>
          </w:p>
        </w:tc>
        <w:tc>
          <w:tcPr>
            <w:tcW w:w="5002" w:type="dxa"/>
          </w:tcPr>
          <w:p w14:paraId="7FD49467" w14:textId="77777777" w:rsidR="0090462C" w:rsidRDefault="00000000">
            <w:r>
              <w:t>Entry</w:t>
            </w:r>
          </w:p>
        </w:tc>
      </w:tr>
      <w:tr w:rsidR="0090462C" w14:paraId="154DDAC5" w14:textId="77777777" w:rsidTr="006B1E56">
        <w:tc>
          <w:tcPr>
            <w:tcW w:w="4320" w:type="dxa"/>
          </w:tcPr>
          <w:p w14:paraId="69A05B2D" w14:textId="77777777" w:rsidR="0090462C" w:rsidRDefault="00000000">
            <w:r>
              <w:t>Name of signatory *</w:t>
            </w:r>
          </w:p>
        </w:tc>
        <w:tc>
          <w:tcPr>
            <w:tcW w:w="5002" w:type="dxa"/>
          </w:tcPr>
          <w:p w14:paraId="47D6C4EF" w14:textId="77777777" w:rsidR="0090462C" w:rsidRDefault="0090462C"/>
        </w:tc>
      </w:tr>
      <w:tr w:rsidR="0090462C" w14:paraId="69451A60" w14:textId="77777777" w:rsidTr="006B1E56">
        <w:tc>
          <w:tcPr>
            <w:tcW w:w="4320" w:type="dxa"/>
          </w:tcPr>
          <w:p w14:paraId="66CE7827" w14:textId="77777777" w:rsidR="0090462C" w:rsidRDefault="00000000">
            <w:r>
              <w:t>Position / title *</w:t>
            </w:r>
          </w:p>
        </w:tc>
        <w:tc>
          <w:tcPr>
            <w:tcW w:w="5002" w:type="dxa"/>
          </w:tcPr>
          <w:p w14:paraId="19E4600A" w14:textId="77777777" w:rsidR="0090462C" w:rsidRDefault="0090462C"/>
        </w:tc>
      </w:tr>
      <w:tr w:rsidR="0090462C" w14:paraId="2B72DED1" w14:textId="77777777" w:rsidTr="006B1E56">
        <w:tc>
          <w:tcPr>
            <w:tcW w:w="4320" w:type="dxa"/>
          </w:tcPr>
          <w:p w14:paraId="1B11BE4D" w14:textId="77777777" w:rsidR="0090462C" w:rsidRDefault="00000000">
            <w:r>
              <w:t>Signature *</w:t>
            </w:r>
          </w:p>
        </w:tc>
        <w:tc>
          <w:tcPr>
            <w:tcW w:w="5002" w:type="dxa"/>
          </w:tcPr>
          <w:p w14:paraId="12BE5941" w14:textId="77777777" w:rsidR="0090462C" w:rsidRDefault="0090462C"/>
        </w:tc>
      </w:tr>
      <w:tr w:rsidR="0090462C" w14:paraId="73817509" w14:textId="77777777" w:rsidTr="006B1E56">
        <w:tc>
          <w:tcPr>
            <w:tcW w:w="4320" w:type="dxa"/>
          </w:tcPr>
          <w:p w14:paraId="70DAC759" w14:textId="77777777" w:rsidR="0090462C" w:rsidRDefault="00000000">
            <w:r>
              <w:t>Date *</w:t>
            </w:r>
          </w:p>
        </w:tc>
        <w:tc>
          <w:tcPr>
            <w:tcW w:w="5002" w:type="dxa"/>
          </w:tcPr>
          <w:p w14:paraId="141E8FDB" w14:textId="77777777" w:rsidR="0090462C" w:rsidRDefault="0090462C"/>
        </w:tc>
      </w:tr>
    </w:tbl>
    <w:p w14:paraId="4873C81D" w14:textId="77777777" w:rsidR="0090462C" w:rsidRDefault="00000000">
      <w:pPr>
        <w:pStyle w:val="Titolo1"/>
      </w:pPr>
      <w:r>
        <w:t>For Certification Body Use Only</w:t>
      </w:r>
    </w:p>
    <w:tbl>
      <w:tblPr>
        <w:tblStyle w:val="Grigliatabella"/>
        <w:tblW w:w="9322" w:type="dxa"/>
        <w:tblLook w:val="04A0" w:firstRow="1" w:lastRow="0" w:firstColumn="1" w:lastColumn="0" w:noHBand="0" w:noVBand="1"/>
      </w:tblPr>
      <w:tblGrid>
        <w:gridCol w:w="4320"/>
        <w:gridCol w:w="5002"/>
      </w:tblGrid>
      <w:tr w:rsidR="0090462C" w14:paraId="58D14649" w14:textId="77777777" w:rsidTr="006B1E56">
        <w:tc>
          <w:tcPr>
            <w:tcW w:w="4320" w:type="dxa"/>
          </w:tcPr>
          <w:p w14:paraId="1CD0E551" w14:textId="77777777" w:rsidR="0090462C" w:rsidRDefault="00000000">
            <w:r>
              <w:t>Field</w:t>
            </w:r>
          </w:p>
        </w:tc>
        <w:tc>
          <w:tcPr>
            <w:tcW w:w="5002" w:type="dxa"/>
          </w:tcPr>
          <w:p w14:paraId="14FA13AB" w14:textId="77777777" w:rsidR="0090462C" w:rsidRDefault="00000000">
            <w:r>
              <w:t>Entry</w:t>
            </w:r>
          </w:p>
        </w:tc>
      </w:tr>
      <w:tr w:rsidR="0090462C" w14:paraId="02A6C84D" w14:textId="77777777" w:rsidTr="006B1E56">
        <w:tc>
          <w:tcPr>
            <w:tcW w:w="4320" w:type="dxa"/>
          </w:tcPr>
          <w:p w14:paraId="6F823D14" w14:textId="77777777" w:rsidR="0090462C" w:rsidRDefault="00000000">
            <w:r>
              <w:t>Application reference number</w:t>
            </w:r>
          </w:p>
        </w:tc>
        <w:tc>
          <w:tcPr>
            <w:tcW w:w="5002" w:type="dxa"/>
          </w:tcPr>
          <w:p w14:paraId="726E0AF2" w14:textId="77777777" w:rsidR="0090462C" w:rsidRDefault="0090462C"/>
        </w:tc>
      </w:tr>
      <w:tr w:rsidR="0090462C" w14:paraId="2792FA61" w14:textId="77777777" w:rsidTr="006B1E56">
        <w:tc>
          <w:tcPr>
            <w:tcW w:w="4320" w:type="dxa"/>
          </w:tcPr>
          <w:p w14:paraId="535ED21E" w14:textId="77777777" w:rsidR="0090462C" w:rsidRDefault="00000000">
            <w:r>
              <w:t>Date received</w:t>
            </w:r>
          </w:p>
        </w:tc>
        <w:tc>
          <w:tcPr>
            <w:tcW w:w="5002" w:type="dxa"/>
          </w:tcPr>
          <w:p w14:paraId="77AF9FD1" w14:textId="77777777" w:rsidR="0090462C" w:rsidRDefault="0090462C"/>
        </w:tc>
      </w:tr>
      <w:tr w:rsidR="0090462C" w14:paraId="615594DB" w14:textId="77777777" w:rsidTr="006B1E56">
        <w:tc>
          <w:tcPr>
            <w:tcW w:w="4320" w:type="dxa"/>
          </w:tcPr>
          <w:p w14:paraId="4C9C32D4" w14:textId="77777777" w:rsidR="0090462C" w:rsidRDefault="00000000">
            <w:r>
              <w:t>Contract Review outcome (Accepted / Accepted with conditions / Rejected)</w:t>
            </w:r>
          </w:p>
        </w:tc>
        <w:tc>
          <w:tcPr>
            <w:tcW w:w="5002" w:type="dxa"/>
          </w:tcPr>
          <w:p w14:paraId="1F56D5D2" w14:textId="77777777" w:rsidR="0090462C" w:rsidRDefault="0090462C"/>
        </w:tc>
      </w:tr>
      <w:tr w:rsidR="0090462C" w14:paraId="2C8FF154" w14:textId="77777777" w:rsidTr="006B1E56">
        <w:tc>
          <w:tcPr>
            <w:tcW w:w="4320" w:type="dxa"/>
          </w:tcPr>
          <w:p w14:paraId="2B3C7EE9" w14:textId="77777777" w:rsidR="0090462C" w:rsidRDefault="00000000">
            <w:r>
              <w:t>Assigned audit team</w:t>
            </w:r>
          </w:p>
        </w:tc>
        <w:tc>
          <w:tcPr>
            <w:tcW w:w="5002" w:type="dxa"/>
          </w:tcPr>
          <w:p w14:paraId="4ADD72F5" w14:textId="77777777" w:rsidR="0090462C" w:rsidRDefault="0090462C"/>
        </w:tc>
      </w:tr>
      <w:tr w:rsidR="0090462C" w14:paraId="6E221811" w14:textId="77777777" w:rsidTr="006B1E56">
        <w:tc>
          <w:tcPr>
            <w:tcW w:w="4320" w:type="dxa"/>
          </w:tcPr>
          <w:p w14:paraId="2929F291" w14:textId="77777777" w:rsidR="0090462C" w:rsidRDefault="00000000">
            <w:r>
              <w:t>Estimated audit duration (days)</w:t>
            </w:r>
          </w:p>
        </w:tc>
        <w:tc>
          <w:tcPr>
            <w:tcW w:w="5002" w:type="dxa"/>
          </w:tcPr>
          <w:p w14:paraId="494B705A" w14:textId="77777777" w:rsidR="0090462C" w:rsidRDefault="0090462C"/>
        </w:tc>
      </w:tr>
    </w:tbl>
    <w:p w14:paraId="2D02292E" w14:textId="77777777" w:rsidR="00120A80" w:rsidRDefault="00120A80"/>
    <w:sectPr w:rsidR="00120A80"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E86DCE" w14:textId="77777777" w:rsidR="00120A80" w:rsidRDefault="00120A80" w:rsidP="006B1E56">
      <w:pPr>
        <w:spacing w:after="0" w:line="240" w:lineRule="auto"/>
      </w:pPr>
      <w:r>
        <w:separator/>
      </w:r>
    </w:p>
  </w:endnote>
  <w:endnote w:type="continuationSeparator" w:id="0">
    <w:p w14:paraId="67F2561B" w14:textId="77777777" w:rsidR="00120A80" w:rsidRDefault="00120A80" w:rsidP="006B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81F14" w14:textId="7495E993" w:rsidR="006B1E56" w:rsidRPr="006B1E56" w:rsidRDefault="006B1E56" w:rsidP="006B1E56">
    <w:pPr>
      <w:pStyle w:val="Pidipagina"/>
      <w:pBdr>
        <w:top w:val="single" w:sz="4" w:space="1" w:color="0070C0"/>
      </w:pBdr>
      <w:rPr>
        <w:lang w:val="en-GB"/>
      </w:rPr>
    </w:pPr>
    <w:r w:rsidRPr="009C7E0E">
      <w:rPr>
        <w:lang w:val="en-GB"/>
      </w:rPr>
      <w:t xml:space="preserve">© VERITEX® Scheme Owner – All rights reserved - Version 1 - June 2026  - page </w:t>
    </w:r>
    <w:r w:rsidRPr="009C7E0E">
      <w:rPr>
        <w:lang w:val="en-GB"/>
      </w:rPr>
      <w:fldChar w:fldCharType="begin"/>
    </w:r>
    <w:r w:rsidRPr="009C7E0E">
      <w:rPr>
        <w:lang w:val="en-GB"/>
      </w:rPr>
      <w:instrText xml:space="preserve"> PAGE </w:instrText>
    </w:r>
    <w:r w:rsidRPr="009C7E0E">
      <w:rPr>
        <w:lang w:val="en-GB"/>
      </w:rPr>
      <w:fldChar w:fldCharType="separate"/>
    </w:r>
    <w:r>
      <w:rPr>
        <w:lang w:val="en-GB"/>
      </w:rPr>
      <w:t>1</w:t>
    </w:r>
    <w:r w:rsidRPr="009C7E0E">
      <w:fldChar w:fldCharType="end"/>
    </w:r>
    <w:r w:rsidRPr="009C7E0E">
      <w:rPr>
        <w:lang w:val="en-GB"/>
      </w:rPr>
      <w:t xml:space="preserve"> di </w:t>
    </w:r>
    <w:r w:rsidRPr="009C7E0E">
      <w:rPr>
        <w:lang w:val="en-GB"/>
      </w:rPr>
      <w:fldChar w:fldCharType="begin"/>
    </w:r>
    <w:r w:rsidRPr="009C7E0E">
      <w:rPr>
        <w:lang w:val="en-GB"/>
      </w:rPr>
      <w:instrText xml:space="preserve"> NUMPAGES </w:instrText>
    </w:r>
    <w:r w:rsidRPr="009C7E0E">
      <w:rPr>
        <w:lang w:val="en-GB"/>
      </w:rPr>
      <w:fldChar w:fldCharType="separate"/>
    </w:r>
    <w:r>
      <w:rPr>
        <w:lang w:val="en-GB"/>
      </w:rPr>
      <w:t>5</w:t>
    </w:r>
    <w:r w:rsidRPr="009C7E0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876E0F" w14:textId="77777777" w:rsidR="00120A80" w:rsidRDefault="00120A80" w:rsidP="006B1E56">
      <w:pPr>
        <w:spacing w:after="0" w:line="240" w:lineRule="auto"/>
      </w:pPr>
      <w:r>
        <w:separator/>
      </w:r>
    </w:p>
  </w:footnote>
  <w:footnote w:type="continuationSeparator" w:id="0">
    <w:p w14:paraId="50CE96D4" w14:textId="77777777" w:rsidR="00120A80" w:rsidRDefault="00120A80" w:rsidP="006B1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356" w:type="dxa"/>
      <w:tblLayout w:type="fixed"/>
      <w:tblLook w:val="0000" w:firstRow="0" w:lastRow="0" w:firstColumn="0" w:lastColumn="0" w:noHBand="0" w:noVBand="0"/>
    </w:tblPr>
    <w:tblGrid>
      <w:gridCol w:w="4927"/>
      <w:gridCol w:w="4429"/>
    </w:tblGrid>
    <w:tr w:rsidR="006B1E56" w14:paraId="2C457750" w14:textId="77777777" w:rsidTr="001048E7">
      <w:tc>
        <w:tcPr>
          <w:tcW w:w="4927" w:type="dxa"/>
          <w:vAlign w:val="center"/>
        </w:tcPr>
        <w:p w14:paraId="74AB19CB" w14:textId="77777777" w:rsidR="006B1E56" w:rsidRDefault="006B1E56" w:rsidP="006B1E56">
          <w:pPr>
            <w:pStyle w:val="Intestazione"/>
            <w:tabs>
              <w:tab w:val="left" w:pos="180"/>
              <w:tab w:val="left" w:pos="2880"/>
              <w:tab w:val="left" w:pos="7380"/>
            </w:tabs>
            <w:rPr>
              <w:sz w:val="16"/>
            </w:rPr>
          </w:pPr>
          <w:r>
            <w:rPr>
              <w:noProof/>
            </w:rPr>
            <w:drawing>
              <wp:inline distT="0" distB="0" distL="0" distR="0" wp14:anchorId="3B979863" wp14:editId="41BDD79F">
                <wp:extent cx="1713865" cy="436245"/>
                <wp:effectExtent l="0" t="0" r="0" b="0"/>
                <wp:docPr id="2053939526" name="Immagine 20539395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3865" cy="436245"/>
                        </a:xfrm>
                        <a:prstGeom prst="rect">
                          <a:avLst/>
                        </a:prstGeom>
                        <a:solidFill>
                          <a:srgbClr val="FFFFFF"/>
                        </a:solidFill>
                        <a:ln>
                          <a:noFill/>
                        </a:ln>
                      </pic:spPr>
                    </pic:pic>
                  </a:graphicData>
                </a:graphic>
              </wp:inline>
            </w:drawing>
          </w:r>
        </w:p>
      </w:tc>
      <w:tc>
        <w:tcPr>
          <w:tcW w:w="4429" w:type="dxa"/>
          <w:vAlign w:val="center"/>
        </w:tcPr>
        <w:p w14:paraId="6309849E" w14:textId="77777777" w:rsidR="006B1E56" w:rsidRDefault="006B1E56" w:rsidP="006B1E56">
          <w:pPr>
            <w:pStyle w:val="Intestazione"/>
            <w:tabs>
              <w:tab w:val="left" w:pos="7013"/>
            </w:tabs>
            <w:jc w:val="right"/>
            <w:rPr>
              <w:sz w:val="16"/>
            </w:rPr>
          </w:pPr>
          <w:proofErr w:type="spellStart"/>
          <w:r>
            <w:rPr>
              <w:sz w:val="16"/>
            </w:rPr>
            <w:t>Karadzicova</w:t>
          </w:r>
          <w:proofErr w:type="spellEnd"/>
          <w:r>
            <w:rPr>
              <w:sz w:val="16"/>
            </w:rPr>
            <w:t xml:space="preserve"> 8/A</w:t>
          </w:r>
        </w:p>
        <w:p w14:paraId="7F31959C" w14:textId="77777777" w:rsidR="006B1E56" w:rsidRDefault="006B1E56" w:rsidP="006B1E56">
          <w:pPr>
            <w:pStyle w:val="Intestazione"/>
            <w:tabs>
              <w:tab w:val="left" w:pos="180"/>
              <w:tab w:val="left" w:pos="2880"/>
              <w:tab w:val="left" w:pos="7380"/>
            </w:tabs>
            <w:jc w:val="right"/>
          </w:pPr>
          <w:r>
            <w:rPr>
              <w:sz w:val="16"/>
            </w:rPr>
            <w:t>82108 Bratislava, Slovakia</w:t>
          </w:r>
        </w:p>
      </w:tc>
    </w:tr>
    <w:tr w:rsidR="006B1E56" w14:paraId="72A1932A" w14:textId="77777777" w:rsidTr="001048E7">
      <w:trPr>
        <w:trHeight w:val="307"/>
      </w:trPr>
      <w:tc>
        <w:tcPr>
          <w:tcW w:w="9356" w:type="dxa"/>
          <w:gridSpan w:val="2"/>
          <w:tcBorders>
            <w:bottom w:val="single" w:sz="4" w:space="0" w:color="0070C0"/>
          </w:tcBorders>
          <w:vAlign w:val="center"/>
        </w:tcPr>
        <w:p w14:paraId="7FFEF247" w14:textId="312E28A7" w:rsidR="006B1E56" w:rsidRPr="006B1E56" w:rsidRDefault="006B1E56" w:rsidP="006B1E56">
          <w:pPr>
            <w:pStyle w:val="Intestazione"/>
            <w:tabs>
              <w:tab w:val="left" w:pos="7013"/>
            </w:tabs>
            <w:jc w:val="center"/>
            <w:rPr>
              <w:rFonts w:ascii="Calibri" w:hAnsi="Calibri" w:cs="Calibri"/>
              <w:sz w:val="32"/>
              <w:szCs w:val="32"/>
            </w:rPr>
          </w:pPr>
          <w:r>
            <w:rPr>
              <w:rFonts w:ascii="Calibri" w:hAnsi="Calibri" w:cs="Calibri"/>
              <w:sz w:val="24"/>
              <w:szCs w:val="24"/>
            </w:rPr>
            <w:t>VERITEX</w:t>
          </w:r>
          <w:r w:rsidRPr="006B1E56">
            <w:rPr>
              <w:rFonts w:ascii="Calibri" w:hAnsi="Calibri" w:cs="Calibri"/>
              <w:sz w:val="24"/>
              <w:szCs w:val="24"/>
            </w:rPr>
            <w:t xml:space="preserve"> -06</w:t>
          </w:r>
          <w:r>
            <w:rPr>
              <w:rFonts w:ascii="Calibri" w:hAnsi="Calibri" w:cs="Calibri"/>
              <w:sz w:val="32"/>
              <w:szCs w:val="32"/>
            </w:rPr>
            <w:t xml:space="preserve">  </w:t>
          </w:r>
          <w:r w:rsidRPr="006B1E56">
            <w:rPr>
              <w:rFonts w:ascii="Calibri" w:hAnsi="Calibri" w:cs="Calibri"/>
              <w:sz w:val="32"/>
              <w:szCs w:val="32"/>
            </w:rPr>
            <w:t>APPLICATION FORM</w:t>
          </w:r>
        </w:p>
      </w:tc>
    </w:tr>
  </w:tbl>
  <w:p w14:paraId="37A40971" w14:textId="77777777" w:rsidR="006B1E56" w:rsidRDefault="006B1E5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845435090">
    <w:abstractNumId w:val="8"/>
  </w:num>
  <w:num w:numId="2" w16cid:durableId="249239070">
    <w:abstractNumId w:val="6"/>
  </w:num>
  <w:num w:numId="3" w16cid:durableId="1804228833">
    <w:abstractNumId w:val="5"/>
  </w:num>
  <w:num w:numId="4" w16cid:durableId="1359164629">
    <w:abstractNumId w:val="4"/>
  </w:num>
  <w:num w:numId="5" w16cid:durableId="1058438508">
    <w:abstractNumId w:val="7"/>
  </w:num>
  <w:num w:numId="6" w16cid:durableId="525870995">
    <w:abstractNumId w:val="3"/>
  </w:num>
  <w:num w:numId="7" w16cid:durableId="736319456">
    <w:abstractNumId w:val="2"/>
  </w:num>
  <w:num w:numId="8" w16cid:durableId="1658804530">
    <w:abstractNumId w:val="1"/>
  </w:num>
  <w:num w:numId="9" w16cid:durableId="19790650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0A80"/>
    <w:rsid w:val="0015074B"/>
    <w:rsid w:val="0029639D"/>
    <w:rsid w:val="00326F90"/>
    <w:rsid w:val="006B1E56"/>
    <w:rsid w:val="0090462C"/>
    <w:rsid w:val="00AA1D8D"/>
    <w:rsid w:val="00B47730"/>
    <w:rsid w:val="00CB0664"/>
    <w:rsid w:val="00D91C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930DA7"/>
  <w14:defaultImageDpi w14:val="300"/>
  <w15:docId w15:val="{7D3AA845-EB05-EE4A-8B61-952BB1CC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2013-12-23T23:15:00Z</dcterms:created>
  <dcterms:modified xsi:type="dcterms:W3CDTF">2026-09-21T11:21:00Z</dcterms:modified>
  <cp:category/>
</cp:coreProperties>
</file>